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B60AB" w14:textId="09D4CAE5" w:rsidR="00D81609" w:rsidRPr="003708EF" w:rsidRDefault="00851EC4" w:rsidP="00415351">
      <w:pPr>
        <w:spacing w:after="0" w:line="240" w:lineRule="auto"/>
        <w:rPr>
          <w:rFonts w:asciiTheme="minorEastAsia" w:eastAsiaTheme="minorEastAsia" w:hAnsiTheme="minorEastAsia"/>
          <w:bCs/>
          <w:color w:val="auto"/>
          <w:sz w:val="24"/>
          <w:szCs w:val="24"/>
        </w:rPr>
      </w:pPr>
      <w:r w:rsidRPr="003708EF">
        <w:rPr>
          <w:rFonts w:asciiTheme="minorEastAsia" w:eastAsiaTheme="minorEastAsia" w:hAnsiTheme="minorEastAsia"/>
          <w:bCs/>
          <w:color w:val="auto"/>
          <w:sz w:val="24"/>
          <w:szCs w:val="24"/>
        </w:rPr>
        <w:t>様式第５号（第１０条関係）</w:t>
      </w:r>
    </w:p>
    <w:p w14:paraId="2C468344" w14:textId="77777777" w:rsidR="00A777C3" w:rsidRPr="009230CA" w:rsidRDefault="00A777C3" w:rsidP="00A777C3">
      <w:pPr>
        <w:wordWrap w:val="0"/>
        <w:ind w:right="231"/>
        <w:jc w:val="right"/>
        <w:rPr>
          <w:rFonts w:asciiTheme="minorEastAsia" w:eastAsiaTheme="minorEastAsia" w:hAnsiTheme="minorEastAsia"/>
          <w:color w:val="000000" w:themeColor="text1"/>
          <w:sz w:val="24"/>
          <w:szCs w:val="24"/>
        </w:rPr>
      </w:pPr>
      <w:proofErr w:type="spellStart"/>
      <w:r w:rsidRPr="009230CA">
        <w:rPr>
          <w:rFonts w:asciiTheme="minorEastAsia" w:eastAsiaTheme="minorEastAsia" w:hAnsiTheme="minorEastAsia" w:hint="eastAsia"/>
          <w:color w:val="000000" w:themeColor="text1"/>
          <w:sz w:val="24"/>
          <w:szCs w:val="24"/>
        </w:rPr>
        <w:t>令和</w:t>
      </w:r>
      <w:proofErr w:type="spellEnd"/>
      <w:r w:rsidRPr="009230CA">
        <w:rPr>
          <w:rFonts w:asciiTheme="minorEastAsia" w:eastAsiaTheme="minorEastAsia" w:hAnsiTheme="minorEastAsia" w:hint="eastAsia"/>
          <w:color w:val="000000" w:themeColor="text1"/>
          <w:sz w:val="24"/>
          <w:szCs w:val="24"/>
        </w:rPr>
        <w:t xml:space="preserve">　　年　　</w:t>
      </w:r>
      <w:r w:rsidRPr="009230CA">
        <w:rPr>
          <w:rFonts w:asciiTheme="minorEastAsia" w:eastAsiaTheme="minorEastAsia" w:hAnsiTheme="minorEastAsia"/>
          <w:color w:val="000000" w:themeColor="text1"/>
          <w:sz w:val="24"/>
          <w:szCs w:val="24"/>
        </w:rPr>
        <w:t>月</w:t>
      </w:r>
      <w:r w:rsidRPr="009230CA">
        <w:rPr>
          <w:rFonts w:asciiTheme="minorEastAsia" w:eastAsiaTheme="minorEastAsia" w:hAnsiTheme="minorEastAsia" w:hint="eastAsia"/>
          <w:color w:val="000000" w:themeColor="text1"/>
          <w:sz w:val="24"/>
          <w:szCs w:val="24"/>
        </w:rPr>
        <w:t xml:space="preserve">　　</w:t>
      </w:r>
      <w:r w:rsidRPr="009230CA">
        <w:rPr>
          <w:rFonts w:asciiTheme="minorEastAsia" w:eastAsiaTheme="minorEastAsia" w:hAnsiTheme="minorEastAsia"/>
          <w:color w:val="000000" w:themeColor="text1"/>
          <w:sz w:val="24"/>
          <w:szCs w:val="24"/>
        </w:rPr>
        <w:t>日</w:t>
      </w:r>
    </w:p>
    <w:p w14:paraId="67698F88" w14:textId="696D0BCC" w:rsidR="00D81609" w:rsidRPr="003708EF" w:rsidRDefault="005A7556" w:rsidP="00415351">
      <w:pPr>
        <w:spacing w:after="0" w:line="240" w:lineRule="auto"/>
        <w:jc w:val="center"/>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松伏町中小事業者省エネ設備導入促進補助金実績報告書兼請求書</w:t>
      </w:r>
    </w:p>
    <w:p w14:paraId="57B45535" w14:textId="77777777" w:rsidR="00D81609" w:rsidRPr="003708EF" w:rsidRDefault="00D81609" w:rsidP="00415351">
      <w:pPr>
        <w:spacing w:after="0" w:line="240" w:lineRule="auto"/>
        <w:rPr>
          <w:rFonts w:asciiTheme="minorEastAsia" w:eastAsiaTheme="minorEastAsia" w:hAnsiTheme="minorEastAsia"/>
          <w:bCs/>
          <w:color w:val="auto"/>
          <w:sz w:val="24"/>
          <w:szCs w:val="24"/>
          <w:lang w:eastAsia="ja-JP"/>
        </w:rPr>
      </w:pPr>
    </w:p>
    <w:p w14:paraId="3C35B54F" w14:textId="77777777" w:rsidR="00D81609" w:rsidRPr="003708EF" w:rsidRDefault="00851EC4" w:rsidP="00415351">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松伏町長　　宛</w:t>
      </w:r>
    </w:p>
    <w:p w14:paraId="7379767B" w14:textId="77777777" w:rsidR="00D81609" w:rsidRPr="003708EF" w:rsidRDefault="00D81609" w:rsidP="00415351">
      <w:pPr>
        <w:spacing w:after="0" w:line="240" w:lineRule="auto"/>
        <w:rPr>
          <w:rFonts w:asciiTheme="minorEastAsia" w:eastAsiaTheme="minorEastAsia" w:hAnsiTheme="minorEastAsia"/>
          <w:bCs/>
          <w:color w:val="auto"/>
          <w:sz w:val="24"/>
          <w:szCs w:val="24"/>
          <w:lang w:eastAsia="ja-JP"/>
        </w:rPr>
      </w:pPr>
    </w:p>
    <w:p w14:paraId="15EC4706" w14:textId="77777777" w:rsidR="00DE0B03" w:rsidRPr="003708EF" w:rsidRDefault="00DE0B03" w:rsidP="00DE0B03">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 xml:space="preserve">　　　　　　　　　　　　申請者　住所・所在地</w:t>
      </w:r>
    </w:p>
    <w:p w14:paraId="246D6721" w14:textId="77777777" w:rsidR="00DE0B03" w:rsidRPr="003708EF" w:rsidRDefault="00DE0B03" w:rsidP="00DE0B03">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 xml:space="preserve">　　　　　　　　　　　　　　　　氏名・法人名</w:t>
      </w:r>
    </w:p>
    <w:p w14:paraId="141A2E70" w14:textId="77777777" w:rsidR="00DE0B03" w:rsidRPr="003708EF" w:rsidRDefault="00DE0B03" w:rsidP="00DE0B03">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 xml:space="preserve">　　　　　　　　　　　　　　　　電話</w:t>
      </w:r>
    </w:p>
    <w:p w14:paraId="4B74432C" w14:textId="77777777" w:rsidR="00DE0B03" w:rsidRPr="003708EF" w:rsidRDefault="00DE0B03" w:rsidP="00DE0B03">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hint="eastAsia"/>
          <w:bCs/>
          <w:color w:val="auto"/>
          <w:sz w:val="24"/>
          <w:szCs w:val="24"/>
          <w:lang w:eastAsia="ja-JP"/>
        </w:rPr>
        <w:t xml:space="preserve">　　　　　　　　　　　　　　　　生年月日（個人の場合）</w:t>
      </w:r>
    </w:p>
    <w:p w14:paraId="4641C993" w14:textId="77777777" w:rsidR="00DE0B03" w:rsidRPr="003708EF" w:rsidRDefault="00DE0B03" w:rsidP="00DE0B03">
      <w:pPr>
        <w:spacing w:after="0" w:line="240" w:lineRule="auto"/>
        <w:rPr>
          <w:rFonts w:asciiTheme="minorEastAsia" w:eastAsiaTheme="minorEastAsia" w:hAnsiTheme="minorEastAsia"/>
          <w:bCs/>
          <w:color w:val="auto"/>
          <w:sz w:val="24"/>
          <w:szCs w:val="24"/>
          <w:lang w:eastAsia="ja-JP"/>
        </w:rPr>
      </w:pPr>
    </w:p>
    <w:p w14:paraId="545A6954" w14:textId="0B766316" w:rsidR="00D81609" w:rsidRPr="003708EF" w:rsidRDefault="00851EC4" w:rsidP="00415351">
      <w:pPr>
        <w:spacing w:after="0" w:line="240" w:lineRule="auto"/>
        <w:ind w:firstLineChars="100" w:firstLine="240"/>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令和８年度に交付決定を受けた</w:t>
      </w:r>
      <w:r w:rsidR="005A7556" w:rsidRPr="003708EF">
        <w:rPr>
          <w:rFonts w:asciiTheme="minorEastAsia" w:eastAsiaTheme="minorEastAsia" w:hAnsiTheme="minorEastAsia"/>
          <w:bCs/>
          <w:color w:val="auto"/>
          <w:sz w:val="24"/>
          <w:szCs w:val="24"/>
          <w:lang w:eastAsia="ja-JP"/>
        </w:rPr>
        <w:t>松伏町中小事業者省エネ設備導入促進補助金</w:t>
      </w:r>
      <w:r w:rsidRPr="003708EF">
        <w:rPr>
          <w:rFonts w:asciiTheme="minorEastAsia" w:eastAsiaTheme="minorEastAsia" w:hAnsiTheme="minorEastAsia"/>
          <w:bCs/>
          <w:color w:val="auto"/>
          <w:sz w:val="24"/>
          <w:szCs w:val="24"/>
          <w:lang w:eastAsia="ja-JP"/>
        </w:rPr>
        <w:t>について、補助対象機器の購入等が完了したので、</w:t>
      </w:r>
      <w:r w:rsidR="005A7556" w:rsidRPr="003708EF">
        <w:rPr>
          <w:rFonts w:asciiTheme="minorEastAsia" w:eastAsiaTheme="minorEastAsia" w:hAnsiTheme="minorEastAsia"/>
          <w:bCs/>
          <w:color w:val="auto"/>
          <w:sz w:val="24"/>
          <w:szCs w:val="24"/>
          <w:lang w:eastAsia="ja-JP"/>
        </w:rPr>
        <w:t>松伏町中小事業者省エネ設備導入促進補助金</w:t>
      </w:r>
      <w:r w:rsidRPr="003708EF">
        <w:rPr>
          <w:rFonts w:asciiTheme="minorEastAsia" w:eastAsiaTheme="minorEastAsia" w:hAnsiTheme="minorEastAsia"/>
          <w:bCs/>
          <w:color w:val="auto"/>
          <w:sz w:val="24"/>
          <w:szCs w:val="24"/>
          <w:lang w:eastAsia="ja-JP"/>
        </w:rPr>
        <w:t>交付要綱第１０条の規定により、下記のとおり関係書類を添えて報告し、補助金を請求します。</w:t>
      </w:r>
    </w:p>
    <w:p w14:paraId="2B879CB3" w14:textId="77777777" w:rsidR="00D81609" w:rsidRPr="003708EF" w:rsidRDefault="00D81609" w:rsidP="00415351">
      <w:pPr>
        <w:spacing w:after="0" w:line="240" w:lineRule="auto"/>
        <w:rPr>
          <w:rFonts w:asciiTheme="minorEastAsia" w:eastAsiaTheme="minorEastAsia" w:hAnsiTheme="minorEastAsia"/>
          <w:bCs/>
          <w:color w:val="auto"/>
          <w:sz w:val="24"/>
          <w:szCs w:val="24"/>
          <w:lang w:eastAsia="ja-JP"/>
        </w:rPr>
      </w:pPr>
    </w:p>
    <w:p w14:paraId="0C93490F" w14:textId="77777777" w:rsidR="00D81609" w:rsidRPr="003708EF" w:rsidRDefault="00851EC4" w:rsidP="00415351">
      <w:pPr>
        <w:spacing w:after="0" w:line="240" w:lineRule="auto"/>
        <w:jc w:val="center"/>
        <w:rPr>
          <w:rFonts w:asciiTheme="minorEastAsia" w:eastAsiaTheme="minorEastAsia" w:hAnsiTheme="minorEastAsia"/>
          <w:bCs/>
          <w:color w:val="auto"/>
          <w:sz w:val="24"/>
          <w:szCs w:val="24"/>
        </w:rPr>
      </w:pPr>
      <w:r w:rsidRPr="003708EF">
        <w:rPr>
          <w:rFonts w:asciiTheme="minorEastAsia" w:eastAsiaTheme="minorEastAsia" w:hAnsiTheme="minorEastAsia"/>
          <w:bCs/>
          <w:color w:val="auto"/>
          <w:sz w:val="24"/>
          <w:szCs w:val="24"/>
        </w:rPr>
        <w:t>記</w:t>
      </w:r>
    </w:p>
    <w:p w14:paraId="0966899D" w14:textId="77777777" w:rsidR="00D81609" w:rsidRPr="003708EF" w:rsidRDefault="00D81609" w:rsidP="00415351">
      <w:pPr>
        <w:spacing w:after="0" w:line="240" w:lineRule="auto"/>
        <w:rPr>
          <w:rFonts w:asciiTheme="minorEastAsia" w:eastAsiaTheme="minorEastAsia" w:hAnsiTheme="minorEastAsia"/>
          <w:bCs/>
          <w:color w:val="auto"/>
          <w:sz w:val="24"/>
          <w:szCs w:val="24"/>
        </w:rPr>
      </w:pPr>
    </w:p>
    <w:p w14:paraId="3DB9F240" w14:textId="77777777" w:rsidR="00D81609" w:rsidRPr="003708EF" w:rsidRDefault="00851EC4" w:rsidP="00415351">
      <w:pPr>
        <w:spacing w:after="0" w:line="240" w:lineRule="auto"/>
        <w:rPr>
          <w:rFonts w:asciiTheme="minorEastAsia" w:eastAsiaTheme="minorEastAsia" w:hAnsiTheme="minorEastAsia"/>
          <w:bCs/>
          <w:color w:val="auto"/>
          <w:sz w:val="24"/>
          <w:szCs w:val="24"/>
        </w:rPr>
      </w:pPr>
      <w:r w:rsidRPr="003708EF">
        <w:rPr>
          <w:rFonts w:asciiTheme="minorEastAsia" w:eastAsiaTheme="minorEastAsia" w:hAnsiTheme="minorEastAsia"/>
          <w:bCs/>
          <w:color w:val="auto"/>
          <w:sz w:val="24"/>
          <w:szCs w:val="24"/>
        </w:rPr>
        <w:t>１　報告事項</w:t>
      </w:r>
    </w:p>
    <w:p w14:paraId="218F4D28" w14:textId="77777777" w:rsidR="00D81609" w:rsidRPr="003708EF" w:rsidRDefault="00851EC4" w:rsidP="00415351">
      <w:pPr>
        <w:spacing w:after="0" w:line="240" w:lineRule="auto"/>
        <w:rPr>
          <w:rFonts w:asciiTheme="minorEastAsia" w:eastAsiaTheme="minorEastAsia" w:hAnsiTheme="minorEastAsia"/>
          <w:bCs/>
          <w:color w:val="auto"/>
          <w:sz w:val="24"/>
          <w:szCs w:val="24"/>
        </w:rPr>
      </w:pPr>
      <w:r w:rsidRPr="003708EF">
        <w:rPr>
          <w:rFonts w:asciiTheme="minorEastAsia" w:eastAsiaTheme="minorEastAsia" w:hAnsiTheme="minorEastAsia"/>
          <w:bCs/>
          <w:color w:val="auto"/>
          <w:sz w:val="24"/>
          <w:szCs w:val="24"/>
        </w:rPr>
        <w:t>（１）補助金交付決定額　　　　　　　　　　円</w:t>
      </w:r>
    </w:p>
    <w:p w14:paraId="118FAB16" w14:textId="77777777" w:rsidR="00D81609" w:rsidRPr="003708EF" w:rsidRDefault="00851EC4" w:rsidP="00415351">
      <w:pPr>
        <w:spacing w:after="0" w:line="240" w:lineRule="auto"/>
        <w:rPr>
          <w:rFonts w:asciiTheme="minorEastAsia" w:eastAsiaTheme="minorEastAsia" w:hAnsiTheme="minorEastAsia"/>
          <w:bCs/>
          <w:color w:val="auto"/>
          <w:sz w:val="24"/>
          <w:szCs w:val="24"/>
        </w:rPr>
      </w:pPr>
      <w:r w:rsidRPr="003708EF">
        <w:rPr>
          <w:rFonts w:asciiTheme="minorEastAsia" w:eastAsiaTheme="minorEastAsia" w:hAnsiTheme="minorEastAsia"/>
          <w:bCs/>
          <w:color w:val="auto"/>
          <w:sz w:val="24"/>
          <w:szCs w:val="24"/>
        </w:rPr>
        <w:t>（２）補助対象経費（消費税抜）　　　　　　円</w:t>
      </w:r>
    </w:p>
    <w:p w14:paraId="4FA31D45" w14:textId="2F89711F" w:rsidR="00D81609" w:rsidRPr="003708EF" w:rsidRDefault="00851EC4" w:rsidP="00415351">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（３）</w:t>
      </w:r>
      <w:r w:rsidR="003373B1" w:rsidRPr="003708EF">
        <w:rPr>
          <w:rFonts w:asciiTheme="minorEastAsia" w:eastAsiaTheme="minorEastAsia" w:hAnsiTheme="minorEastAsia" w:hint="eastAsia"/>
          <w:bCs/>
          <w:color w:val="auto"/>
          <w:sz w:val="24"/>
          <w:szCs w:val="24"/>
          <w:lang w:eastAsia="ja-JP"/>
        </w:rPr>
        <w:t>購入・</w:t>
      </w:r>
      <w:r w:rsidRPr="003708EF">
        <w:rPr>
          <w:rFonts w:asciiTheme="minorEastAsia" w:eastAsiaTheme="minorEastAsia" w:hAnsiTheme="minorEastAsia"/>
          <w:bCs/>
          <w:color w:val="auto"/>
          <w:sz w:val="24"/>
          <w:szCs w:val="24"/>
          <w:lang w:eastAsia="ja-JP"/>
        </w:rPr>
        <w:t xml:space="preserve">設置日　　</w:t>
      </w:r>
      <w:r w:rsidR="00415351" w:rsidRPr="003708EF">
        <w:rPr>
          <w:rFonts w:asciiTheme="minorEastAsia" w:eastAsiaTheme="minorEastAsia" w:hAnsiTheme="minorEastAsia" w:hint="eastAsia"/>
          <w:bCs/>
          <w:color w:val="auto"/>
          <w:sz w:val="24"/>
          <w:szCs w:val="24"/>
          <w:lang w:eastAsia="ja-JP"/>
        </w:rPr>
        <w:t>令和</w:t>
      </w:r>
      <w:r w:rsidRPr="003708EF">
        <w:rPr>
          <w:rFonts w:asciiTheme="minorEastAsia" w:eastAsiaTheme="minorEastAsia" w:hAnsiTheme="minorEastAsia"/>
          <w:bCs/>
          <w:color w:val="auto"/>
          <w:sz w:val="24"/>
          <w:szCs w:val="24"/>
          <w:lang w:eastAsia="ja-JP"/>
        </w:rPr>
        <w:t xml:space="preserve">　　年　　月　　日</w:t>
      </w:r>
    </w:p>
    <w:p w14:paraId="3FA6B556" w14:textId="77777777" w:rsidR="00D81609" w:rsidRPr="003708EF" w:rsidRDefault="00851EC4" w:rsidP="00415351">
      <w:pPr>
        <w:spacing w:after="0" w:line="240" w:lineRule="auto"/>
        <w:rPr>
          <w:rFonts w:asciiTheme="minorEastAsia" w:eastAsiaTheme="minorEastAsia" w:hAnsiTheme="minorEastAsia"/>
          <w:bCs/>
          <w:color w:val="auto"/>
          <w:sz w:val="24"/>
          <w:szCs w:val="24"/>
        </w:rPr>
      </w:pPr>
      <w:r w:rsidRPr="003708EF">
        <w:rPr>
          <w:rFonts w:asciiTheme="minorEastAsia" w:eastAsiaTheme="minorEastAsia" w:hAnsiTheme="minorEastAsia"/>
          <w:bCs/>
          <w:color w:val="auto"/>
          <w:sz w:val="24"/>
          <w:szCs w:val="24"/>
        </w:rPr>
        <w:t>（４）交付請求額　　　　　　　　　　　　　円</w:t>
      </w:r>
    </w:p>
    <w:p w14:paraId="798772D7" w14:textId="77777777" w:rsidR="00D81609" w:rsidRPr="003708EF" w:rsidRDefault="00D81609" w:rsidP="00415351">
      <w:pPr>
        <w:spacing w:after="0" w:line="240" w:lineRule="auto"/>
        <w:rPr>
          <w:rFonts w:asciiTheme="minorEastAsia" w:eastAsiaTheme="minorEastAsia" w:hAnsiTheme="minorEastAsia"/>
          <w:bCs/>
          <w:color w:val="auto"/>
          <w:sz w:val="24"/>
          <w:szCs w:val="24"/>
        </w:rPr>
      </w:pPr>
    </w:p>
    <w:p w14:paraId="5C4D90B3" w14:textId="77777777" w:rsidR="00D81609" w:rsidRPr="003708EF" w:rsidRDefault="00851EC4" w:rsidP="00415351">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２　添付書類</w:t>
      </w:r>
    </w:p>
    <w:p w14:paraId="26B500C4" w14:textId="430A5C63" w:rsidR="00D81609" w:rsidRPr="003708EF" w:rsidRDefault="00851EC4" w:rsidP="00415351">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（１）補助対象機器を購入</w:t>
      </w:r>
      <w:r w:rsidR="003373B1" w:rsidRPr="003708EF">
        <w:rPr>
          <w:rFonts w:asciiTheme="minorEastAsia" w:eastAsiaTheme="minorEastAsia" w:hAnsiTheme="minorEastAsia" w:hint="eastAsia"/>
          <w:bCs/>
          <w:color w:val="auto"/>
          <w:sz w:val="24"/>
          <w:szCs w:val="24"/>
          <w:lang w:eastAsia="ja-JP"/>
        </w:rPr>
        <w:t>・設置</w:t>
      </w:r>
      <w:r w:rsidRPr="003708EF">
        <w:rPr>
          <w:rFonts w:asciiTheme="minorEastAsia" w:eastAsiaTheme="minorEastAsia" w:hAnsiTheme="minorEastAsia"/>
          <w:bCs/>
          <w:color w:val="auto"/>
          <w:sz w:val="24"/>
          <w:szCs w:val="24"/>
          <w:lang w:eastAsia="ja-JP"/>
        </w:rPr>
        <w:t>したことが分かる書類の写し（領収書等の写し等）</w:t>
      </w:r>
    </w:p>
    <w:p w14:paraId="08EB1B99" w14:textId="77777777" w:rsidR="00D81609" w:rsidRPr="003708EF" w:rsidRDefault="00851EC4" w:rsidP="00415351">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（２）補助対象経費の内訳が分かる書類の写し（契約書等）</w:t>
      </w:r>
    </w:p>
    <w:p w14:paraId="3E8E7F7E" w14:textId="77777777" w:rsidR="00D81609" w:rsidRPr="003708EF" w:rsidRDefault="00851EC4" w:rsidP="00415351">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（３）申請に係る補助対象機器の製造者等が発行した保証書の写し</w:t>
      </w:r>
    </w:p>
    <w:p w14:paraId="7BBDE67A" w14:textId="77777777" w:rsidR="00D81609" w:rsidRPr="003708EF" w:rsidRDefault="00851EC4" w:rsidP="00415351">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（４）申請に係る補助対象機器を自らの事業所に設置したことが分かる写真</w:t>
      </w:r>
    </w:p>
    <w:p w14:paraId="3F3FD121" w14:textId="77777777" w:rsidR="00D81609" w:rsidRPr="003708EF" w:rsidRDefault="00851EC4" w:rsidP="00415351">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（５）振込口座が確認できる書類等の写し</w:t>
      </w:r>
    </w:p>
    <w:p w14:paraId="0E46ADBE" w14:textId="77777777" w:rsidR="00D81609" w:rsidRPr="003708EF" w:rsidRDefault="00851EC4" w:rsidP="00415351">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（６）委任状（代理人による申請の場合に限る。）</w:t>
      </w:r>
    </w:p>
    <w:p w14:paraId="488401D4" w14:textId="77777777" w:rsidR="00D81609" w:rsidRPr="003708EF" w:rsidRDefault="00D81609" w:rsidP="00415351">
      <w:pPr>
        <w:spacing w:after="0" w:line="240" w:lineRule="auto"/>
        <w:rPr>
          <w:rFonts w:asciiTheme="minorEastAsia" w:eastAsiaTheme="minorEastAsia" w:hAnsiTheme="minorEastAsia"/>
          <w:bCs/>
          <w:color w:val="auto"/>
          <w:sz w:val="24"/>
          <w:szCs w:val="24"/>
          <w:lang w:eastAsia="ja-JP"/>
        </w:rPr>
      </w:pPr>
    </w:p>
    <w:p w14:paraId="0B46F783" w14:textId="77777777" w:rsidR="00D81609" w:rsidRPr="003708EF" w:rsidRDefault="00851EC4" w:rsidP="00415351">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３　補助金の振込先</w:t>
      </w:r>
    </w:p>
    <w:p w14:paraId="3C9219BB" w14:textId="77777777" w:rsidR="00D81609" w:rsidRPr="003708EF" w:rsidRDefault="00851EC4" w:rsidP="00415351">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金融機関名：</w:t>
      </w:r>
    </w:p>
    <w:p w14:paraId="4BF1FD2A" w14:textId="77777777" w:rsidR="00D81609" w:rsidRPr="003708EF" w:rsidRDefault="00851EC4" w:rsidP="00415351">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支店名：</w:t>
      </w:r>
    </w:p>
    <w:p w14:paraId="1D8A131F" w14:textId="77777777" w:rsidR="00D81609" w:rsidRPr="003708EF" w:rsidRDefault="00851EC4" w:rsidP="00415351">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預金種別：　普通　・　当座</w:t>
      </w:r>
    </w:p>
    <w:p w14:paraId="550C3E17" w14:textId="77777777" w:rsidR="00D81609" w:rsidRPr="003708EF" w:rsidRDefault="00851EC4" w:rsidP="00415351">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口座番号（７桁）：</w:t>
      </w:r>
    </w:p>
    <w:p w14:paraId="51B6CA2D" w14:textId="77777777" w:rsidR="00D81609" w:rsidRPr="003708EF" w:rsidRDefault="00851EC4" w:rsidP="00415351">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※７桁未満の場合は、番号の左側に０を記して７桁とすること。</w:t>
      </w:r>
    </w:p>
    <w:p w14:paraId="6C7707AC" w14:textId="77777777" w:rsidR="00D81609" w:rsidRPr="003708EF" w:rsidRDefault="00851EC4" w:rsidP="00415351">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※ゆうちょ銀行の場合は、振込用口座番号７桁を記入すること。</w:t>
      </w:r>
    </w:p>
    <w:p w14:paraId="2D6E3DD5" w14:textId="24EC5940" w:rsidR="00D81609" w:rsidRPr="003708EF" w:rsidRDefault="00851EC4" w:rsidP="00415351">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フリガナ</w:t>
      </w:r>
      <w:r w:rsidR="00F06C43" w:rsidRPr="003708EF">
        <w:rPr>
          <w:rFonts w:asciiTheme="minorEastAsia" w:eastAsiaTheme="minorEastAsia" w:hAnsiTheme="minorEastAsia" w:hint="eastAsia"/>
          <w:bCs/>
          <w:color w:val="auto"/>
          <w:sz w:val="24"/>
          <w:szCs w:val="24"/>
          <w:lang w:eastAsia="ja-JP"/>
        </w:rPr>
        <w:t xml:space="preserve">　</w:t>
      </w:r>
      <w:r w:rsidRPr="003708EF">
        <w:rPr>
          <w:rFonts w:asciiTheme="minorEastAsia" w:eastAsiaTheme="minorEastAsia" w:hAnsiTheme="minorEastAsia"/>
          <w:bCs/>
          <w:color w:val="auto"/>
          <w:sz w:val="24"/>
          <w:szCs w:val="24"/>
          <w:lang w:eastAsia="ja-JP"/>
        </w:rPr>
        <w:t>：</w:t>
      </w:r>
    </w:p>
    <w:p w14:paraId="7946E107" w14:textId="77777777" w:rsidR="00D81609" w:rsidRPr="003708EF" w:rsidRDefault="00851EC4" w:rsidP="00415351">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口座名義人：</w:t>
      </w:r>
    </w:p>
    <w:p w14:paraId="18453403" w14:textId="611538BA" w:rsidR="00D81609" w:rsidRPr="003708EF" w:rsidRDefault="00851EC4" w:rsidP="00B041E5">
      <w:pPr>
        <w:spacing w:after="0" w:line="240" w:lineRule="auto"/>
        <w:rPr>
          <w:rFonts w:asciiTheme="minorEastAsia" w:eastAsiaTheme="minorEastAsia" w:hAnsiTheme="minorEastAsia" w:hint="eastAsia"/>
          <w:bCs/>
          <w:color w:val="auto"/>
          <w:sz w:val="24"/>
          <w:szCs w:val="24"/>
          <w:lang w:eastAsia="ja-JP"/>
        </w:rPr>
      </w:pPr>
      <w:r w:rsidRPr="003708EF">
        <w:rPr>
          <w:rFonts w:asciiTheme="minorEastAsia" w:eastAsiaTheme="minorEastAsia" w:hAnsiTheme="minorEastAsia"/>
          <w:bCs/>
          <w:color w:val="auto"/>
          <w:sz w:val="24"/>
          <w:szCs w:val="24"/>
          <w:lang w:eastAsia="ja-JP"/>
        </w:rPr>
        <w:t>※口座名義人は、申請者と同一とすること。</w:t>
      </w:r>
    </w:p>
    <w:sectPr w:rsidR="00D81609" w:rsidRPr="003708EF" w:rsidSect="00976A6B">
      <w:pgSz w:w="12240" w:h="15840"/>
      <w:pgMar w:top="1418" w:right="1418" w:bottom="567"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D241C" w14:textId="77777777" w:rsidR="0027512F" w:rsidRDefault="0027512F" w:rsidP="004F75F0">
      <w:pPr>
        <w:spacing w:after="0" w:line="240" w:lineRule="auto"/>
      </w:pPr>
      <w:r>
        <w:separator/>
      </w:r>
    </w:p>
  </w:endnote>
  <w:endnote w:type="continuationSeparator" w:id="0">
    <w:p w14:paraId="3968C8D4" w14:textId="77777777" w:rsidR="0027512F" w:rsidRDefault="0027512F" w:rsidP="004F7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99DB9" w14:textId="77777777" w:rsidR="0027512F" w:rsidRDefault="0027512F" w:rsidP="004F75F0">
      <w:pPr>
        <w:spacing w:after="0" w:line="240" w:lineRule="auto"/>
      </w:pPr>
      <w:r>
        <w:separator/>
      </w:r>
    </w:p>
  </w:footnote>
  <w:footnote w:type="continuationSeparator" w:id="0">
    <w:p w14:paraId="2098CDB6" w14:textId="77777777" w:rsidR="0027512F" w:rsidRDefault="0027512F" w:rsidP="004F75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404B14"/>
    <w:multiLevelType w:val="hybridMultilevel"/>
    <w:tmpl w:val="83DAB886"/>
    <w:lvl w:ilvl="0" w:tplc="04090001">
      <w:start w:val="1"/>
      <w:numFmt w:val="bullet"/>
      <w:lvlText w:val=""/>
      <w:lvlJc w:val="left"/>
      <w:pPr>
        <w:ind w:left="66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0" w15:restartNumberingAfterBreak="0">
    <w:nsid w:val="05A66EEC"/>
    <w:multiLevelType w:val="hybridMultilevel"/>
    <w:tmpl w:val="762295A8"/>
    <w:lvl w:ilvl="0" w:tplc="04090001">
      <w:start w:val="1"/>
      <w:numFmt w:val="bullet"/>
      <w:lvlText w:val=""/>
      <w:lvlJc w:val="left"/>
      <w:pPr>
        <w:ind w:left="66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1" w15:restartNumberingAfterBreak="0">
    <w:nsid w:val="17054CA5"/>
    <w:multiLevelType w:val="hybridMultilevel"/>
    <w:tmpl w:val="3AB49E92"/>
    <w:lvl w:ilvl="0" w:tplc="2B7A4F20">
      <w:start w:val="1"/>
      <w:numFmt w:val="bullet"/>
      <w:lvlText w:val="☐"/>
      <w:lvlJc w:val="left"/>
      <w:pPr>
        <w:ind w:left="660" w:hanging="440"/>
      </w:pPr>
      <w:rPr>
        <w:rFonts w:ascii="ＭＳ 明朝" w:eastAsia="ＭＳ 明朝" w:hAnsi="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29D8093B"/>
    <w:multiLevelType w:val="hybridMultilevel"/>
    <w:tmpl w:val="8C66C7F4"/>
    <w:lvl w:ilvl="0" w:tplc="2B7A4F20">
      <w:start w:val="1"/>
      <w:numFmt w:val="bullet"/>
      <w:lvlText w:val="☐"/>
      <w:lvlJc w:val="left"/>
      <w:pPr>
        <w:ind w:left="660" w:hanging="440"/>
      </w:pPr>
      <w:rPr>
        <w:rFonts w:ascii="ＭＳ 明朝" w:eastAsia="ＭＳ 明朝" w:hAnsi="ＭＳ 明朝"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3" w15:restartNumberingAfterBreak="0">
    <w:nsid w:val="36081511"/>
    <w:multiLevelType w:val="hybridMultilevel"/>
    <w:tmpl w:val="D2823EE2"/>
    <w:lvl w:ilvl="0" w:tplc="04090001">
      <w:start w:val="1"/>
      <w:numFmt w:val="bullet"/>
      <w:lvlText w:val=""/>
      <w:lvlJc w:val="left"/>
      <w:pPr>
        <w:ind w:left="66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4" w15:restartNumberingAfterBreak="0">
    <w:nsid w:val="418016D0"/>
    <w:multiLevelType w:val="hybridMultilevel"/>
    <w:tmpl w:val="D7986BDE"/>
    <w:lvl w:ilvl="0" w:tplc="04090001">
      <w:start w:val="1"/>
      <w:numFmt w:val="bullet"/>
      <w:lvlText w:val=""/>
      <w:lvlJc w:val="left"/>
      <w:pPr>
        <w:ind w:left="66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5" w15:restartNumberingAfterBreak="0">
    <w:nsid w:val="614C611D"/>
    <w:multiLevelType w:val="hybridMultilevel"/>
    <w:tmpl w:val="D94CBC7E"/>
    <w:lvl w:ilvl="0" w:tplc="04090001">
      <w:start w:val="1"/>
      <w:numFmt w:val="bullet"/>
      <w:lvlText w:val=""/>
      <w:lvlJc w:val="left"/>
      <w:pPr>
        <w:ind w:left="66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num w:numId="1" w16cid:durableId="650446108">
    <w:abstractNumId w:val="8"/>
  </w:num>
  <w:num w:numId="2" w16cid:durableId="1650405572">
    <w:abstractNumId w:val="6"/>
  </w:num>
  <w:num w:numId="3" w16cid:durableId="854424624">
    <w:abstractNumId w:val="5"/>
  </w:num>
  <w:num w:numId="4" w16cid:durableId="376324458">
    <w:abstractNumId w:val="4"/>
  </w:num>
  <w:num w:numId="5" w16cid:durableId="1575435199">
    <w:abstractNumId w:val="7"/>
  </w:num>
  <w:num w:numId="6" w16cid:durableId="631251486">
    <w:abstractNumId w:val="3"/>
  </w:num>
  <w:num w:numId="7" w16cid:durableId="1261182754">
    <w:abstractNumId w:val="2"/>
  </w:num>
  <w:num w:numId="8" w16cid:durableId="871110810">
    <w:abstractNumId w:val="1"/>
  </w:num>
  <w:num w:numId="9" w16cid:durableId="1372725952">
    <w:abstractNumId w:val="0"/>
  </w:num>
  <w:num w:numId="10" w16cid:durableId="131943018">
    <w:abstractNumId w:val="11"/>
  </w:num>
  <w:num w:numId="11" w16cid:durableId="1436093033">
    <w:abstractNumId w:val="15"/>
  </w:num>
  <w:num w:numId="12" w16cid:durableId="351609391">
    <w:abstractNumId w:val="9"/>
  </w:num>
  <w:num w:numId="13" w16cid:durableId="638418346">
    <w:abstractNumId w:val="10"/>
  </w:num>
  <w:num w:numId="14" w16cid:durableId="1451045769">
    <w:abstractNumId w:val="12"/>
  </w:num>
  <w:num w:numId="15" w16cid:durableId="1786542073">
    <w:abstractNumId w:val="13"/>
  </w:num>
  <w:num w:numId="16" w16cid:durableId="168520620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5BFB"/>
    <w:rsid w:val="000D093D"/>
    <w:rsid w:val="0015074B"/>
    <w:rsid w:val="001A7161"/>
    <w:rsid w:val="00203806"/>
    <w:rsid w:val="002115F4"/>
    <w:rsid w:val="002242B8"/>
    <w:rsid w:val="00230898"/>
    <w:rsid w:val="0027512F"/>
    <w:rsid w:val="0029639D"/>
    <w:rsid w:val="002D2A54"/>
    <w:rsid w:val="002E1519"/>
    <w:rsid w:val="002E64E3"/>
    <w:rsid w:val="00301D81"/>
    <w:rsid w:val="00326F90"/>
    <w:rsid w:val="003373B1"/>
    <w:rsid w:val="003708EF"/>
    <w:rsid w:val="003A0D61"/>
    <w:rsid w:val="00415351"/>
    <w:rsid w:val="004F75F0"/>
    <w:rsid w:val="00535BA8"/>
    <w:rsid w:val="00593591"/>
    <w:rsid w:val="005A6E74"/>
    <w:rsid w:val="005A7556"/>
    <w:rsid w:val="005B6579"/>
    <w:rsid w:val="00633EE1"/>
    <w:rsid w:val="00677164"/>
    <w:rsid w:val="00690ABE"/>
    <w:rsid w:val="00711AD8"/>
    <w:rsid w:val="007D0E5E"/>
    <w:rsid w:val="008027E7"/>
    <w:rsid w:val="00851EC4"/>
    <w:rsid w:val="008668F6"/>
    <w:rsid w:val="00897135"/>
    <w:rsid w:val="008C440A"/>
    <w:rsid w:val="008D326B"/>
    <w:rsid w:val="008E238A"/>
    <w:rsid w:val="00976A6B"/>
    <w:rsid w:val="009F2802"/>
    <w:rsid w:val="00A777C3"/>
    <w:rsid w:val="00AA1D8D"/>
    <w:rsid w:val="00B041E5"/>
    <w:rsid w:val="00B170F2"/>
    <w:rsid w:val="00B47730"/>
    <w:rsid w:val="00BC5623"/>
    <w:rsid w:val="00BD7BEA"/>
    <w:rsid w:val="00C17955"/>
    <w:rsid w:val="00C63FDE"/>
    <w:rsid w:val="00CA5725"/>
    <w:rsid w:val="00CB0664"/>
    <w:rsid w:val="00D038E9"/>
    <w:rsid w:val="00D63C5E"/>
    <w:rsid w:val="00D81609"/>
    <w:rsid w:val="00DA64AB"/>
    <w:rsid w:val="00DC3723"/>
    <w:rsid w:val="00DD6E80"/>
    <w:rsid w:val="00DE0B03"/>
    <w:rsid w:val="00E24714"/>
    <w:rsid w:val="00E4088E"/>
    <w:rsid w:val="00F06C43"/>
    <w:rsid w:val="00F24D02"/>
    <w:rsid w:val="00F5607D"/>
    <w:rsid w:val="00FC693F"/>
    <w:rsid w:val="00FF69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6844EAF1"/>
  <w14:defaultImageDpi w14:val="300"/>
  <w15:docId w15:val="{FA93F118-92E3-4938-8151-BB5150A35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ＭＳ 明朝" w:eastAsia="ＭＳ 明朝" w:hAnsi="ＭＳ 明朝"/>
      <w:color w:val="000000"/>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1"/>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106</Words>
  <Characters>605</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R06-026</cp:lastModifiedBy>
  <cp:revision>3</cp:revision>
  <cp:lastPrinted>2026-09-08T01:37:00Z</cp:lastPrinted>
  <dcterms:created xsi:type="dcterms:W3CDTF">2026-09-30T01:36:00Z</dcterms:created>
  <dcterms:modified xsi:type="dcterms:W3CDTF">2026-09-30T01:37:00Z</dcterms:modified>
  <cp:category/>
</cp:coreProperties>
</file>