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EB38D" w14:textId="7A65D7C4" w:rsidR="00D81609" w:rsidRPr="003708EF" w:rsidRDefault="00851EC4" w:rsidP="00B041E5">
      <w:pPr>
        <w:spacing w:after="0" w:line="240" w:lineRule="auto"/>
        <w:rPr>
          <w:rFonts w:asciiTheme="minorEastAsia" w:eastAsiaTheme="minorEastAsia" w:hAnsiTheme="minorEastAsia"/>
          <w:bCs/>
          <w:color w:val="auto"/>
          <w:sz w:val="24"/>
          <w:szCs w:val="24"/>
        </w:rPr>
      </w:pPr>
      <w:r w:rsidRPr="003708EF">
        <w:rPr>
          <w:rFonts w:asciiTheme="minorEastAsia" w:eastAsiaTheme="minorEastAsia" w:hAnsiTheme="minorEastAsia"/>
          <w:bCs/>
          <w:color w:val="auto"/>
          <w:sz w:val="24"/>
          <w:szCs w:val="24"/>
        </w:rPr>
        <w:t>様式第７号（第１２条関係）</w:t>
      </w:r>
    </w:p>
    <w:p w14:paraId="1E2B0E5A" w14:textId="77777777" w:rsidR="00D81609" w:rsidRPr="003708EF" w:rsidRDefault="00D81609" w:rsidP="00B041E5">
      <w:pPr>
        <w:spacing w:after="0" w:line="240" w:lineRule="auto"/>
        <w:rPr>
          <w:rFonts w:asciiTheme="minorEastAsia" w:eastAsiaTheme="minorEastAsia" w:hAnsiTheme="minorEastAsia"/>
          <w:bCs/>
          <w:color w:val="auto"/>
          <w:sz w:val="24"/>
          <w:szCs w:val="24"/>
        </w:rPr>
      </w:pPr>
    </w:p>
    <w:p w14:paraId="5EA2F2B9" w14:textId="77777777" w:rsidR="00A777C3" w:rsidRPr="009230CA" w:rsidRDefault="00A777C3" w:rsidP="00A777C3">
      <w:pPr>
        <w:wordWrap w:val="0"/>
        <w:ind w:right="231"/>
        <w:jc w:val="right"/>
        <w:rPr>
          <w:rFonts w:asciiTheme="minorEastAsia" w:eastAsiaTheme="minorEastAsia" w:hAnsiTheme="minorEastAsia"/>
          <w:color w:val="000000" w:themeColor="text1"/>
          <w:sz w:val="24"/>
          <w:szCs w:val="24"/>
        </w:rPr>
      </w:pPr>
      <w:proofErr w:type="spellStart"/>
      <w:r w:rsidRPr="009230CA">
        <w:rPr>
          <w:rFonts w:asciiTheme="minorEastAsia" w:eastAsiaTheme="minorEastAsia" w:hAnsiTheme="minorEastAsia" w:hint="eastAsia"/>
          <w:color w:val="000000" w:themeColor="text1"/>
          <w:sz w:val="24"/>
          <w:szCs w:val="24"/>
        </w:rPr>
        <w:t>令和</w:t>
      </w:r>
      <w:proofErr w:type="spellEnd"/>
      <w:r w:rsidRPr="009230CA">
        <w:rPr>
          <w:rFonts w:asciiTheme="minorEastAsia" w:eastAsiaTheme="minorEastAsia" w:hAnsiTheme="minorEastAsia" w:hint="eastAsia"/>
          <w:color w:val="000000" w:themeColor="text1"/>
          <w:sz w:val="24"/>
          <w:szCs w:val="24"/>
        </w:rPr>
        <w:t xml:space="preserve">　　年　　</w:t>
      </w:r>
      <w:r w:rsidRPr="009230CA">
        <w:rPr>
          <w:rFonts w:asciiTheme="minorEastAsia" w:eastAsiaTheme="minorEastAsia" w:hAnsiTheme="minorEastAsia"/>
          <w:color w:val="000000" w:themeColor="text1"/>
          <w:sz w:val="24"/>
          <w:szCs w:val="24"/>
        </w:rPr>
        <w:t>月</w:t>
      </w:r>
      <w:r w:rsidRPr="009230CA">
        <w:rPr>
          <w:rFonts w:asciiTheme="minorEastAsia" w:eastAsiaTheme="minorEastAsia" w:hAnsiTheme="minorEastAsia" w:hint="eastAsia"/>
          <w:color w:val="000000" w:themeColor="text1"/>
          <w:sz w:val="24"/>
          <w:szCs w:val="24"/>
        </w:rPr>
        <w:t xml:space="preserve">　　</w:t>
      </w:r>
      <w:r w:rsidRPr="009230CA">
        <w:rPr>
          <w:rFonts w:asciiTheme="minorEastAsia" w:eastAsiaTheme="minorEastAsia" w:hAnsiTheme="minorEastAsia"/>
          <w:color w:val="000000" w:themeColor="text1"/>
          <w:sz w:val="24"/>
          <w:szCs w:val="24"/>
        </w:rPr>
        <w:t>日</w:t>
      </w:r>
    </w:p>
    <w:p w14:paraId="452AD181" w14:textId="77777777" w:rsidR="00D81609" w:rsidRPr="003708EF" w:rsidRDefault="00D81609" w:rsidP="00B041E5">
      <w:pPr>
        <w:spacing w:after="0" w:line="240" w:lineRule="auto"/>
        <w:rPr>
          <w:rFonts w:asciiTheme="minorEastAsia" w:eastAsiaTheme="minorEastAsia" w:hAnsiTheme="minorEastAsia"/>
          <w:bCs/>
          <w:color w:val="auto"/>
          <w:sz w:val="24"/>
          <w:szCs w:val="24"/>
        </w:rPr>
      </w:pPr>
    </w:p>
    <w:p w14:paraId="16B4273E" w14:textId="11AA622F" w:rsidR="00D81609" w:rsidRPr="003708EF" w:rsidRDefault="005A7556" w:rsidP="00B041E5">
      <w:pPr>
        <w:spacing w:after="0" w:line="240" w:lineRule="auto"/>
        <w:jc w:val="center"/>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松伏町中小事業者省エネ設備導入促進補助金に係る財産処分承認申請書</w:t>
      </w:r>
    </w:p>
    <w:p w14:paraId="18524626" w14:textId="77777777" w:rsidR="00D81609" w:rsidRPr="003708EF" w:rsidRDefault="00D81609" w:rsidP="00B041E5">
      <w:pPr>
        <w:spacing w:after="0" w:line="240" w:lineRule="auto"/>
        <w:rPr>
          <w:rFonts w:asciiTheme="minorEastAsia" w:eastAsiaTheme="minorEastAsia" w:hAnsiTheme="minorEastAsia"/>
          <w:bCs/>
          <w:color w:val="auto"/>
          <w:sz w:val="24"/>
          <w:szCs w:val="24"/>
          <w:lang w:eastAsia="ja-JP"/>
        </w:rPr>
      </w:pPr>
    </w:p>
    <w:p w14:paraId="2759E45E" w14:textId="77777777" w:rsidR="00D81609" w:rsidRPr="003708EF" w:rsidRDefault="00851EC4" w:rsidP="00B041E5">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松伏町長　　宛</w:t>
      </w:r>
    </w:p>
    <w:p w14:paraId="3E9AA558" w14:textId="77777777" w:rsidR="00D81609" w:rsidRPr="003708EF" w:rsidRDefault="00D81609" w:rsidP="00B041E5">
      <w:pPr>
        <w:spacing w:after="0" w:line="240" w:lineRule="auto"/>
        <w:rPr>
          <w:rFonts w:asciiTheme="minorEastAsia" w:eastAsiaTheme="minorEastAsia" w:hAnsiTheme="minorEastAsia"/>
          <w:bCs/>
          <w:color w:val="auto"/>
          <w:sz w:val="24"/>
          <w:szCs w:val="24"/>
          <w:lang w:eastAsia="ja-JP"/>
        </w:rPr>
      </w:pPr>
    </w:p>
    <w:p w14:paraId="64DED707"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申請者　住所・所在地</w:t>
      </w:r>
    </w:p>
    <w:p w14:paraId="53EC2473"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氏名・法人名</w:t>
      </w:r>
    </w:p>
    <w:p w14:paraId="253F21C0"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 xml:space="preserve">　　　　　　　　　　　　　　　　電話</w:t>
      </w:r>
    </w:p>
    <w:p w14:paraId="01FE91A7"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hint="eastAsia"/>
          <w:bCs/>
          <w:color w:val="auto"/>
          <w:sz w:val="24"/>
          <w:szCs w:val="24"/>
          <w:lang w:eastAsia="ja-JP"/>
        </w:rPr>
        <w:t xml:space="preserve">　　　　　　　　　　　　　　　　生年月日（個人の場合）</w:t>
      </w:r>
    </w:p>
    <w:p w14:paraId="1E267169" w14:textId="77777777" w:rsidR="00DE0B03" w:rsidRPr="003708EF" w:rsidRDefault="00DE0B03" w:rsidP="00DE0B03">
      <w:pPr>
        <w:spacing w:after="0" w:line="240" w:lineRule="auto"/>
        <w:rPr>
          <w:rFonts w:asciiTheme="minorEastAsia" w:eastAsiaTheme="minorEastAsia" w:hAnsiTheme="minorEastAsia"/>
          <w:bCs/>
          <w:color w:val="auto"/>
          <w:sz w:val="24"/>
          <w:szCs w:val="24"/>
          <w:lang w:eastAsia="ja-JP"/>
        </w:rPr>
      </w:pPr>
    </w:p>
    <w:p w14:paraId="20B10555" w14:textId="3244DF21" w:rsidR="00D81609" w:rsidRPr="003708EF" w:rsidRDefault="005A7556" w:rsidP="00851EC4">
      <w:pPr>
        <w:spacing w:after="0" w:line="240" w:lineRule="auto"/>
        <w:ind w:firstLineChars="100" w:firstLine="240"/>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松伏町中小事業者省エネ設備導入促進補助金により取得した補助対象機器を、下記のとおり処分したいので、松伏町中小事業者省エネ設備導入促進補助金交付要綱第１２条の規定により、下記のとおり申請します。</w:t>
      </w:r>
    </w:p>
    <w:p w14:paraId="42264D7E" w14:textId="77777777" w:rsidR="00D81609" w:rsidRPr="003708EF" w:rsidRDefault="00D81609" w:rsidP="00B041E5">
      <w:pPr>
        <w:spacing w:after="0" w:line="240" w:lineRule="auto"/>
        <w:rPr>
          <w:rFonts w:asciiTheme="minorEastAsia" w:eastAsiaTheme="minorEastAsia" w:hAnsiTheme="minorEastAsia"/>
          <w:bCs/>
          <w:color w:val="auto"/>
          <w:sz w:val="24"/>
          <w:szCs w:val="24"/>
          <w:lang w:eastAsia="ja-JP"/>
        </w:rPr>
      </w:pPr>
    </w:p>
    <w:p w14:paraId="5277BCC7" w14:textId="77777777" w:rsidR="00D81609" w:rsidRPr="003708EF" w:rsidRDefault="00851EC4" w:rsidP="00B041E5">
      <w:pPr>
        <w:spacing w:after="0" w:line="240" w:lineRule="auto"/>
        <w:jc w:val="center"/>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記</w:t>
      </w:r>
    </w:p>
    <w:p w14:paraId="56920E9C" w14:textId="77777777" w:rsidR="00D81609" w:rsidRPr="003708EF" w:rsidRDefault="00D81609" w:rsidP="00B041E5">
      <w:pPr>
        <w:spacing w:after="0" w:line="240" w:lineRule="auto"/>
        <w:rPr>
          <w:rFonts w:asciiTheme="minorEastAsia" w:eastAsiaTheme="minorEastAsia" w:hAnsiTheme="minorEastAsia"/>
          <w:bCs/>
          <w:color w:val="auto"/>
          <w:sz w:val="24"/>
          <w:szCs w:val="24"/>
          <w:lang w:eastAsia="ja-JP"/>
        </w:rPr>
      </w:pPr>
    </w:p>
    <w:p w14:paraId="3C475B3A" w14:textId="77777777" w:rsidR="00D81609" w:rsidRPr="003708EF" w:rsidRDefault="00851EC4" w:rsidP="00B041E5">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補助金交付決定日：</w:t>
      </w:r>
    </w:p>
    <w:p w14:paraId="160D12BA" w14:textId="77777777" w:rsidR="008027E7" w:rsidRPr="003708EF" w:rsidRDefault="008027E7" w:rsidP="00B041E5">
      <w:pPr>
        <w:spacing w:after="0" w:line="240" w:lineRule="auto"/>
        <w:rPr>
          <w:rFonts w:asciiTheme="minorEastAsia" w:eastAsiaTheme="minorEastAsia" w:hAnsiTheme="minorEastAsia"/>
          <w:bCs/>
          <w:color w:val="auto"/>
          <w:sz w:val="24"/>
          <w:szCs w:val="24"/>
          <w:lang w:eastAsia="ja-JP"/>
        </w:rPr>
      </w:pPr>
    </w:p>
    <w:p w14:paraId="188390C5" w14:textId="77777777" w:rsidR="00D81609" w:rsidRPr="003708EF" w:rsidRDefault="00851EC4" w:rsidP="00B041E5">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処分の方法：</w:t>
      </w:r>
    </w:p>
    <w:p w14:paraId="66784102" w14:textId="77777777" w:rsidR="008027E7" w:rsidRPr="003708EF" w:rsidRDefault="008027E7" w:rsidP="00B041E5">
      <w:pPr>
        <w:spacing w:after="0" w:line="240" w:lineRule="auto"/>
        <w:rPr>
          <w:rFonts w:asciiTheme="minorEastAsia" w:eastAsiaTheme="minorEastAsia" w:hAnsiTheme="minorEastAsia"/>
          <w:bCs/>
          <w:color w:val="auto"/>
          <w:sz w:val="24"/>
          <w:szCs w:val="24"/>
          <w:lang w:eastAsia="ja-JP"/>
        </w:rPr>
      </w:pPr>
    </w:p>
    <w:p w14:paraId="0A55A119" w14:textId="77777777" w:rsidR="00D81609" w:rsidRPr="003708EF" w:rsidRDefault="00851EC4" w:rsidP="00B041E5">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処分の時期：</w:t>
      </w:r>
    </w:p>
    <w:p w14:paraId="204B4873" w14:textId="77777777" w:rsidR="008027E7" w:rsidRPr="003708EF" w:rsidRDefault="008027E7" w:rsidP="00B041E5">
      <w:pPr>
        <w:spacing w:after="0" w:line="240" w:lineRule="auto"/>
        <w:rPr>
          <w:rFonts w:asciiTheme="minorEastAsia" w:eastAsiaTheme="minorEastAsia" w:hAnsiTheme="minorEastAsia"/>
          <w:bCs/>
          <w:color w:val="auto"/>
          <w:sz w:val="24"/>
          <w:szCs w:val="24"/>
          <w:lang w:eastAsia="ja-JP"/>
        </w:rPr>
      </w:pPr>
    </w:p>
    <w:p w14:paraId="1211F328" w14:textId="77777777" w:rsidR="00D81609" w:rsidRPr="003708EF" w:rsidRDefault="00851EC4" w:rsidP="00B041E5">
      <w:pPr>
        <w:spacing w:after="0" w:line="240" w:lineRule="auto"/>
        <w:rPr>
          <w:rFonts w:asciiTheme="minorEastAsia" w:eastAsiaTheme="minorEastAsia" w:hAnsiTheme="minorEastAsia"/>
          <w:bCs/>
          <w:color w:val="auto"/>
          <w:sz w:val="24"/>
          <w:szCs w:val="24"/>
          <w:lang w:eastAsia="ja-JP"/>
        </w:rPr>
      </w:pPr>
      <w:r w:rsidRPr="003708EF">
        <w:rPr>
          <w:rFonts w:asciiTheme="minorEastAsia" w:eastAsiaTheme="minorEastAsia" w:hAnsiTheme="minorEastAsia"/>
          <w:bCs/>
          <w:color w:val="auto"/>
          <w:sz w:val="24"/>
          <w:szCs w:val="24"/>
          <w:lang w:eastAsia="ja-JP"/>
        </w:rPr>
        <w:t>処分の理由：</w:t>
      </w:r>
    </w:p>
    <w:p w14:paraId="55AA0C6A" w14:textId="77777777" w:rsidR="00D81609" w:rsidRPr="003708EF" w:rsidRDefault="00D81609" w:rsidP="00B041E5">
      <w:pPr>
        <w:spacing w:after="0" w:line="240" w:lineRule="auto"/>
        <w:rPr>
          <w:rFonts w:asciiTheme="minorEastAsia" w:eastAsiaTheme="minorEastAsia" w:hAnsiTheme="minorEastAsia"/>
          <w:bCs/>
          <w:color w:val="auto"/>
          <w:sz w:val="24"/>
          <w:szCs w:val="24"/>
          <w:lang w:eastAsia="ja-JP"/>
        </w:rPr>
      </w:pPr>
    </w:p>
    <w:p w14:paraId="18453403" w14:textId="0961EA86" w:rsidR="00D81609" w:rsidRPr="003708EF" w:rsidRDefault="00D81609" w:rsidP="00B041E5">
      <w:pPr>
        <w:spacing w:after="0" w:line="240" w:lineRule="auto"/>
        <w:rPr>
          <w:rFonts w:asciiTheme="minorEastAsia" w:eastAsiaTheme="minorEastAsia" w:hAnsiTheme="minorEastAsia" w:hint="eastAsia"/>
          <w:bCs/>
          <w:color w:val="auto"/>
          <w:sz w:val="24"/>
          <w:szCs w:val="24"/>
          <w:lang w:eastAsia="ja-JP"/>
        </w:rPr>
      </w:pPr>
    </w:p>
    <w:sectPr w:rsidR="00D81609" w:rsidRPr="003708EF" w:rsidSect="009F2802">
      <w:pgSz w:w="12240" w:h="15840"/>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D241C" w14:textId="77777777" w:rsidR="0027512F" w:rsidRDefault="0027512F" w:rsidP="004F75F0">
      <w:pPr>
        <w:spacing w:after="0" w:line="240" w:lineRule="auto"/>
      </w:pPr>
      <w:r>
        <w:separator/>
      </w:r>
    </w:p>
  </w:endnote>
  <w:endnote w:type="continuationSeparator" w:id="0">
    <w:p w14:paraId="3968C8D4" w14:textId="77777777" w:rsidR="0027512F" w:rsidRDefault="0027512F" w:rsidP="004F7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99DB9" w14:textId="77777777" w:rsidR="0027512F" w:rsidRDefault="0027512F" w:rsidP="004F75F0">
      <w:pPr>
        <w:spacing w:after="0" w:line="240" w:lineRule="auto"/>
      </w:pPr>
      <w:r>
        <w:separator/>
      </w:r>
    </w:p>
  </w:footnote>
  <w:footnote w:type="continuationSeparator" w:id="0">
    <w:p w14:paraId="2098CDB6" w14:textId="77777777" w:rsidR="0027512F" w:rsidRDefault="0027512F" w:rsidP="004F75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404B14"/>
    <w:multiLevelType w:val="hybridMultilevel"/>
    <w:tmpl w:val="83DAB886"/>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0" w15:restartNumberingAfterBreak="0">
    <w:nsid w:val="05A66EEC"/>
    <w:multiLevelType w:val="hybridMultilevel"/>
    <w:tmpl w:val="762295A8"/>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1" w15:restartNumberingAfterBreak="0">
    <w:nsid w:val="17054CA5"/>
    <w:multiLevelType w:val="hybridMultilevel"/>
    <w:tmpl w:val="3AB49E92"/>
    <w:lvl w:ilvl="0" w:tplc="2B7A4F20">
      <w:start w:val="1"/>
      <w:numFmt w:val="bullet"/>
      <w:lvlText w:val="☐"/>
      <w:lvlJc w:val="left"/>
      <w:pPr>
        <w:ind w:left="66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29D8093B"/>
    <w:multiLevelType w:val="hybridMultilevel"/>
    <w:tmpl w:val="8C66C7F4"/>
    <w:lvl w:ilvl="0" w:tplc="2B7A4F20">
      <w:start w:val="1"/>
      <w:numFmt w:val="bullet"/>
      <w:lvlText w:val="☐"/>
      <w:lvlJc w:val="left"/>
      <w:pPr>
        <w:ind w:left="660" w:hanging="440"/>
      </w:pPr>
      <w:rPr>
        <w:rFonts w:ascii="ＭＳ 明朝" w:eastAsia="ＭＳ 明朝" w:hAnsi="ＭＳ 明朝"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3" w15:restartNumberingAfterBreak="0">
    <w:nsid w:val="36081511"/>
    <w:multiLevelType w:val="hybridMultilevel"/>
    <w:tmpl w:val="D2823EE2"/>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4" w15:restartNumberingAfterBreak="0">
    <w:nsid w:val="418016D0"/>
    <w:multiLevelType w:val="hybridMultilevel"/>
    <w:tmpl w:val="D7986BDE"/>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5" w15:restartNumberingAfterBreak="0">
    <w:nsid w:val="614C611D"/>
    <w:multiLevelType w:val="hybridMultilevel"/>
    <w:tmpl w:val="D94CBC7E"/>
    <w:lvl w:ilvl="0" w:tplc="04090001">
      <w:start w:val="1"/>
      <w:numFmt w:val="bullet"/>
      <w:lvlText w:val=""/>
      <w:lvlJc w:val="left"/>
      <w:pPr>
        <w:ind w:left="66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650446108">
    <w:abstractNumId w:val="8"/>
  </w:num>
  <w:num w:numId="2" w16cid:durableId="1650405572">
    <w:abstractNumId w:val="6"/>
  </w:num>
  <w:num w:numId="3" w16cid:durableId="854424624">
    <w:abstractNumId w:val="5"/>
  </w:num>
  <w:num w:numId="4" w16cid:durableId="376324458">
    <w:abstractNumId w:val="4"/>
  </w:num>
  <w:num w:numId="5" w16cid:durableId="1575435199">
    <w:abstractNumId w:val="7"/>
  </w:num>
  <w:num w:numId="6" w16cid:durableId="631251486">
    <w:abstractNumId w:val="3"/>
  </w:num>
  <w:num w:numId="7" w16cid:durableId="1261182754">
    <w:abstractNumId w:val="2"/>
  </w:num>
  <w:num w:numId="8" w16cid:durableId="871110810">
    <w:abstractNumId w:val="1"/>
  </w:num>
  <w:num w:numId="9" w16cid:durableId="1372725952">
    <w:abstractNumId w:val="0"/>
  </w:num>
  <w:num w:numId="10" w16cid:durableId="131943018">
    <w:abstractNumId w:val="11"/>
  </w:num>
  <w:num w:numId="11" w16cid:durableId="1436093033">
    <w:abstractNumId w:val="15"/>
  </w:num>
  <w:num w:numId="12" w16cid:durableId="351609391">
    <w:abstractNumId w:val="9"/>
  </w:num>
  <w:num w:numId="13" w16cid:durableId="638418346">
    <w:abstractNumId w:val="10"/>
  </w:num>
  <w:num w:numId="14" w16cid:durableId="1451045769">
    <w:abstractNumId w:val="12"/>
  </w:num>
  <w:num w:numId="15" w16cid:durableId="1786542073">
    <w:abstractNumId w:val="13"/>
  </w:num>
  <w:num w:numId="16" w16cid:durableId="16852062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2F4"/>
    <w:rsid w:val="00034616"/>
    <w:rsid w:val="0006063C"/>
    <w:rsid w:val="00085BFB"/>
    <w:rsid w:val="000D093D"/>
    <w:rsid w:val="0015074B"/>
    <w:rsid w:val="001A7161"/>
    <w:rsid w:val="00203806"/>
    <w:rsid w:val="002115F4"/>
    <w:rsid w:val="002242B8"/>
    <w:rsid w:val="00230898"/>
    <w:rsid w:val="0027512F"/>
    <w:rsid w:val="0029639D"/>
    <w:rsid w:val="002D2A54"/>
    <w:rsid w:val="002E1519"/>
    <w:rsid w:val="002E64E3"/>
    <w:rsid w:val="00301D81"/>
    <w:rsid w:val="00326F90"/>
    <w:rsid w:val="003373B1"/>
    <w:rsid w:val="003708EF"/>
    <w:rsid w:val="003A0D61"/>
    <w:rsid w:val="00415351"/>
    <w:rsid w:val="004F75F0"/>
    <w:rsid w:val="00535BA8"/>
    <w:rsid w:val="00593591"/>
    <w:rsid w:val="005A6E74"/>
    <w:rsid w:val="005A7556"/>
    <w:rsid w:val="005B6579"/>
    <w:rsid w:val="00633EE1"/>
    <w:rsid w:val="00677164"/>
    <w:rsid w:val="00690ABE"/>
    <w:rsid w:val="00711AD8"/>
    <w:rsid w:val="007D0E5E"/>
    <w:rsid w:val="008027E7"/>
    <w:rsid w:val="00851EC4"/>
    <w:rsid w:val="008668F6"/>
    <w:rsid w:val="00897135"/>
    <w:rsid w:val="008C440A"/>
    <w:rsid w:val="008D326B"/>
    <w:rsid w:val="008E238A"/>
    <w:rsid w:val="009F2802"/>
    <w:rsid w:val="00A777C3"/>
    <w:rsid w:val="00AA1D8D"/>
    <w:rsid w:val="00B041E5"/>
    <w:rsid w:val="00B170F2"/>
    <w:rsid w:val="00B47730"/>
    <w:rsid w:val="00BC5623"/>
    <w:rsid w:val="00BD7BEA"/>
    <w:rsid w:val="00C17955"/>
    <w:rsid w:val="00C63FDE"/>
    <w:rsid w:val="00CA5725"/>
    <w:rsid w:val="00CB0664"/>
    <w:rsid w:val="00D038E9"/>
    <w:rsid w:val="00D63C5E"/>
    <w:rsid w:val="00D81609"/>
    <w:rsid w:val="00DA64AB"/>
    <w:rsid w:val="00DC3723"/>
    <w:rsid w:val="00DD6E80"/>
    <w:rsid w:val="00DE0B03"/>
    <w:rsid w:val="00E24714"/>
    <w:rsid w:val="00E4088E"/>
    <w:rsid w:val="00EE37CF"/>
    <w:rsid w:val="00F06C43"/>
    <w:rsid w:val="00F24D02"/>
    <w:rsid w:val="00F5607D"/>
    <w:rsid w:val="00FC693F"/>
    <w:rsid w:val="00FF6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844EAF1"/>
  <w14:defaultImageDpi w14:val="300"/>
  <w15:docId w15:val="{FA93F118-92E3-4938-8151-BB5150A35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ＭＳ 明朝" w:eastAsia="ＭＳ 明朝" w:hAnsi="ＭＳ 明朝"/>
      <w:color w:val="000000"/>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Words>
  <Characters>257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R06-026</cp:lastModifiedBy>
  <cp:revision>3</cp:revision>
  <cp:lastPrinted>2026-09-08T01:37:00Z</cp:lastPrinted>
  <dcterms:created xsi:type="dcterms:W3CDTF">2026-09-30T01:36:00Z</dcterms:created>
  <dcterms:modified xsi:type="dcterms:W3CDTF">2026-09-30T01:36:00Z</dcterms:modified>
  <cp:category/>
</cp:coreProperties>
</file>