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B9721" w14:textId="184F224A" w:rsidR="00D81609" w:rsidRPr="003708EF" w:rsidRDefault="00851EC4" w:rsidP="00B041E5">
      <w:pPr>
        <w:spacing w:after="0" w:line="240" w:lineRule="auto"/>
        <w:rPr>
          <w:rFonts w:asciiTheme="minorEastAsia" w:eastAsiaTheme="minorEastAsia" w:hAnsiTheme="minorEastAsia"/>
          <w:bCs/>
          <w:color w:val="auto"/>
          <w:sz w:val="24"/>
          <w:szCs w:val="24"/>
        </w:rPr>
      </w:pPr>
      <w:r w:rsidRPr="003708EF">
        <w:rPr>
          <w:rFonts w:asciiTheme="minorEastAsia" w:eastAsiaTheme="minorEastAsia" w:hAnsiTheme="minorEastAsia"/>
          <w:bCs/>
          <w:color w:val="auto"/>
          <w:sz w:val="24"/>
          <w:szCs w:val="24"/>
        </w:rPr>
        <w:t>様式第３号（第９条関係）</w:t>
      </w:r>
    </w:p>
    <w:p w14:paraId="7171C120" w14:textId="77777777" w:rsidR="00D81609" w:rsidRPr="003708EF" w:rsidRDefault="00D81609" w:rsidP="00B041E5">
      <w:pPr>
        <w:spacing w:after="0" w:line="240" w:lineRule="auto"/>
        <w:rPr>
          <w:rFonts w:asciiTheme="minorEastAsia" w:eastAsiaTheme="minorEastAsia" w:hAnsiTheme="minorEastAsia"/>
          <w:bCs/>
          <w:color w:val="auto"/>
          <w:sz w:val="24"/>
          <w:szCs w:val="24"/>
        </w:rPr>
      </w:pPr>
    </w:p>
    <w:p w14:paraId="6C46EC38" w14:textId="77777777" w:rsidR="00A777C3" w:rsidRPr="009230CA" w:rsidRDefault="00A777C3" w:rsidP="00A777C3">
      <w:pPr>
        <w:wordWrap w:val="0"/>
        <w:ind w:right="231"/>
        <w:jc w:val="right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proofErr w:type="spellStart"/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令和</w:t>
      </w:r>
      <w:proofErr w:type="spellEnd"/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　　年　　</w:t>
      </w:r>
      <w:r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>月</w:t>
      </w: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　　</w:t>
      </w:r>
      <w:r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>日</w:t>
      </w:r>
    </w:p>
    <w:p w14:paraId="1EF23D07" w14:textId="77777777" w:rsidR="00D81609" w:rsidRPr="003708EF" w:rsidRDefault="00D81609" w:rsidP="00B041E5">
      <w:pPr>
        <w:spacing w:after="0" w:line="240" w:lineRule="auto"/>
        <w:rPr>
          <w:rFonts w:asciiTheme="minorEastAsia" w:eastAsiaTheme="minorEastAsia" w:hAnsiTheme="minorEastAsia"/>
          <w:bCs/>
          <w:color w:val="auto"/>
          <w:sz w:val="24"/>
          <w:szCs w:val="24"/>
        </w:rPr>
      </w:pPr>
    </w:p>
    <w:p w14:paraId="4E1BF4C8" w14:textId="0BB18CB6" w:rsidR="00D81609" w:rsidRPr="003708EF" w:rsidRDefault="005A7556" w:rsidP="00B041E5">
      <w:pPr>
        <w:spacing w:after="0" w:line="240" w:lineRule="auto"/>
        <w:jc w:val="center"/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</w:pPr>
      <w:r w:rsidRPr="003708EF"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  <w:t>松伏町中小事業者省エネ設備導入促進補助金変更等申請書</w:t>
      </w:r>
    </w:p>
    <w:p w14:paraId="218A8230" w14:textId="77777777" w:rsidR="00D81609" w:rsidRPr="003708EF" w:rsidRDefault="00D81609" w:rsidP="00B041E5">
      <w:pPr>
        <w:spacing w:after="0" w:line="240" w:lineRule="auto"/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</w:pPr>
    </w:p>
    <w:p w14:paraId="59B123A2" w14:textId="77777777" w:rsidR="00D81609" w:rsidRPr="003708EF" w:rsidRDefault="00851EC4" w:rsidP="00B041E5">
      <w:pPr>
        <w:spacing w:after="0" w:line="240" w:lineRule="auto"/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</w:pPr>
      <w:r w:rsidRPr="003708EF"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  <w:t>松伏町長　　宛</w:t>
      </w:r>
    </w:p>
    <w:p w14:paraId="7BB0E087" w14:textId="77777777" w:rsidR="00D81609" w:rsidRPr="003708EF" w:rsidRDefault="00D81609" w:rsidP="00B041E5">
      <w:pPr>
        <w:spacing w:after="0" w:line="240" w:lineRule="auto"/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</w:pPr>
    </w:p>
    <w:p w14:paraId="4B813CF8" w14:textId="77777777" w:rsidR="00DE0B03" w:rsidRPr="003708EF" w:rsidRDefault="00DE0B03" w:rsidP="00DE0B03">
      <w:pPr>
        <w:spacing w:after="0" w:line="240" w:lineRule="auto"/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</w:pPr>
      <w:r w:rsidRPr="003708EF"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  <w:t xml:space="preserve">　　　　　　　　　　　　申請者　住所・所在地</w:t>
      </w:r>
    </w:p>
    <w:p w14:paraId="380CE344" w14:textId="77777777" w:rsidR="00DE0B03" w:rsidRPr="003708EF" w:rsidRDefault="00DE0B03" w:rsidP="00DE0B03">
      <w:pPr>
        <w:spacing w:after="0" w:line="240" w:lineRule="auto"/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</w:pPr>
      <w:r w:rsidRPr="003708EF"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  <w:t xml:space="preserve">　　　　　　　　　　　　　　　　氏名・法人名</w:t>
      </w:r>
    </w:p>
    <w:p w14:paraId="61777421" w14:textId="77777777" w:rsidR="00DE0B03" w:rsidRPr="003708EF" w:rsidRDefault="00DE0B03" w:rsidP="00DE0B03">
      <w:pPr>
        <w:spacing w:after="0" w:line="240" w:lineRule="auto"/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</w:pPr>
      <w:r w:rsidRPr="003708EF"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  <w:t xml:space="preserve">　　　　　　　　　　　　　　　　電話</w:t>
      </w:r>
    </w:p>
    <w:p w14:paraId="3EAEFA51" w14:textId="77777777" w:rsidR="00DE0B03" w:rsidRPr="003708EF" w:rsidRDefault="00DE0B03" w:rsidP="00DE0B03">
      <w:pPr>
        <w:spacing w:after="0" w:line="240" w:lineRule="auto"/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</w:pPr>
      <w:r w:rsidRPr="003708EF">
        <w:rPr>
          <w:rFonts w:asciiTheme="minorEastAsia" w:eastAsiaTheme="minorEastAsia" w:hAnsiTheme="minorEastAsia" w:hint="eastAsia"/>
          <w:bCs/>
          <w:color w:val="auto"/>
          <w:sz w:val="24"/>
          <w:szCs w:val="24"/>
          <w:lang w:eastAsia="ja-JP"/>
        </w:rPr>
        <w:t xml:space="preserve">　　　　　　　　　　　　　　　　生年月日（個人の場合）</w:t>
      </w:r>
    </w:p>
    <w:p w14:paraId="59C5D795" w14:textId="77777777" w:rsidR="00DE0B03" w:rsidRPr="003708EF" w:rsidRDefault="00DE0B03" w:rsidP="00DE0B03">
      <w:pPr>
        <w:spacing w:after="0" w:line="240" w:lineRule="auto"/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</w:pPr>
    </w:p>
    <w:p w14:paraId="28EA76D5" w14:textId="7FACD0E0" w:rsidR="00D81609" w:rsidRPr="003708EF" w:rsidRDefault="00851EC4" w:rsidP="00B041E5">
      <w:pPr>
        <w:spacing w:after="0" w:line="240" w:lineRule="auto"/>
        <w:ind w:firstLineChars="100" w:firstLine="240"/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</w:pPr>
      <w:r w:rsidRPr="003708EF"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  <w:t>令和　　年度に交付決定を受けた</w:t>
      </w:r>
      <w:r w:rsidR="005A7556" w:rsidRPr="003708EF"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  <w:t>松伏町中小事業者省エネ設備導入促進補助金</w:t>
      </w:r>
      <w:r w:rsidRPr="003708EF"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  <w:t>について、対象機器の購入等の計画内容の変更又は中止をしたいので、</w:t>
      </w:r>
      <w:r w:rsidR="005A7556" w:rsidRPr="003708EF"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  <w:t>松伏町中小事業者省エネ設備導入促進補助金</w:t>
      </w:r>
      <w:r w:rsidRPr="003708EF"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  <w:t>交付要綱第９条の規定により、下記のとおり申請します。</w:t>
      </w:r>
    </w:p>
    <w:p w14:paraId="45DD8638" w14:textId="77777777" w:rsidR="00D81609" w:rsidRPr="003708EF" w:rsidRDefault="00D81609" w:rsidP="00B041E5">
      <w:pPr>
        <w:spacing w:after="0" w:line="240" w:lineRule="auto"/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</w:pPr>
    </w:p>
    <w:p w14:paraId="5E72FF10" w14:textId="77777777" w:rsidR="00D81609" w:rsidRPr="003708EF" w:rsidRDefault="00851EC4" w:rsidP="00B041E5">
      <w:pPr>
        <w:spacing w:after="0" w:line="240" w:lineRule="auto"/>
        <w:jc w:val="center"/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</w:pPr>
      <w:r w:rsidRPr="003708EF"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  <w:t>記</w:t>
      </w:r>
    </w:p>
    <w:p w14:paraId="7CAFF827" w14:textId="77777777" w:rsidR="00D81609" w:rsidRPr="003708EF" w:rsidRDefault="00D81609" w:rsidP="00B041E5">
      <w:pPr>
        <w:spacing w:after="0" w:line="240" w:lineRule="auto"/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</w:pPr>
    </w:p>
    <w:p w14:paraId="05CFED3A" w14:textId="77777777" w:rsidR="00D81609" w:rsidRPr="003708EF" w:rsidRDefault="00851EC4" w:rsidP="00B041E5">
      <w:pPr>
        <w:spacing w:after="0" w:line="240" w:lineRule="auto"/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</w:pPr>
      <w:r w:rsidRPr="003708EF"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  <w:t>□　計画内容の変更</w:t>
      </w:r>
    </w:p>
    <w:p w14:paraId="14CC83B1" w14:textId="77777777" w:rsidR="00D81609" w:rsidRPr="003708EF" w:rsidRDefault="00851EC4" w:rsidP="00B041E5">
      <w:pPr>
        <w:spacing w:after="0" w:line="240" w:lineRule="auto"/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</w:pPr>
      <w:r w:rsidRPr="003708EF"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  <w:t>変更内容：</w:t>
      </w:r>
    </w:p>
    <w:p w14:paraId="04E4EAEE" w14:textId="77777777" w:rsidR="00D81609" w:rsidRPr="003708EF" w:rsidRDefault="00851EC4" w:rsidP="00B041E5">
      <w:pPr>
        <w:spacing w:after="0" w:line="240" w:lineRule="auto"/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</w:pPr>
      <w:r w:rsidRPr="003708EF"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  <w:t>変更理由：</w:t>
      </w:r>
    </w:p>
    <w:p w14:paraId="5D1566D4" w14:textId="77777777" w:rsidR="00D81609" w:rsidRPr="003708EF" w:rsidRDefault="00851EC4" w:rsidP="00B041E5">
      <w:pPr>
        <w:spacing w:after="0" w:line="240" w:lineRule="auto"/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</w:pPr>
      <w:r w:rsidRPr="003708EF"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  <w:t>※変更に係る見積書又は契約書の写しを添付してください。</w:t>
      </w:r>
    </w:p>
    <w:p w14:paraId="1916BFF7" w14:textId="77777777" w:rsidR="00D81609" w:rsidRPr="003708EF" w:rsidRDefault="00D81609" w:rsidP="00B041E5">
      <w:pPr>
        <w:spacing w:after="0" w:line="240" w:lineRule="auto"/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</w:pPr>
    </w:p>
    <w:p w14:paraId="18CF1E41" w14:textId="77777777" w:rsidR="00D81609" w:rsidRPr="003708EF" w:rsidRDefault="00851EC4" w:rsidP="00B041E5">
      <w:pPr>
        <w:spacing w:after="0" w:line="240" w:lineRule="auto"/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</w:pPr>
      <w:r w:rsidRPr="003708EF"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  <w:t>□　計画の中止</w:t>
      </w:r>
    </w:p>
    <w:p w14:paraId="5CC86DF1" w14:textId="77777777" w:rsidR="00D81609" w:rsidRPr="003708EF" w:rsidRDefault="00851EC4" w:rsidP="00B041E5">
      <w:pPr>
        <w:spacing w:after="0" w:line="240" w:lineRule="auto"/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</w:pPr>
      <w:r w:rsidRPr="003708EF"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  <w:t>理由：</w:t>
      </w:r>
    </w:p>
    <w:p w14:paraId="102E9796" w14:textId="77777777" w:rsidR="00D81609" w:rsidRPr="003708EF" w:rsidRDefault="00D81609" w:rsidP="00B041E5">
      <w:pPr>
        <w:spacing w:after="0" w:line="240" w:lineRule="auto"/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</w:pPr>
    </w:p>
    <w:p w14:paraId="18453403" w14:textId="7269F63F" w:rsidR="00D81609" w:rsidRPr="003708EF" w:rsidRDefault="00D81609" w:rsidP="00B041E5">
      <w:pPr>
        <w:spacing w:after="0" w:line="240" w:lineRule="auto"/>
        <w:rPr>
          <w:rFonts w:asciiTheme="minorEastAsia" w:eastAsiaTheme="minorEastAsia" w:hAnsiTheme="minorEastAsia"/>
          <w:bCs/>
          <w:color w:val="auto"/>
          <w:sz w:val="24"/>
          <w:szCs w:val="24"/>
          <w:lang w:eastAsia="ja-JP"/>
        </w:rPr>
      </w:pPr>
    </w:p>
    <w:sectPr w:rsidR="00D81609" w:rsidRPr="003708EF" w:rsidSect="009F2802">
      <w:pgSz w:w="12240" w:h="15840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D241C" w14:textId="77777777" w:rsidR="0027512F" w:rsidRDefault="0027512F" w:rsidP="004F75F0">
      <w:pPr>
        <w:spacing w:after="0" w:line="240" w:lineRule="auto"/>
      </w:pPr>
      <w:r>
        <w:separator/>
      </w:r>
    </w:p>
  </w:endnote>
  <w:endnote w:type="continuationSeparator" w:id="0">
    <w:p w14:paraId="3968C8D4" w14:textId="77777777" w:rsidR="0027512F" w:rsidRDefault="0027512F" w:rsidP="004F7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99DB9" w14:textId="77777777" w:rsidR="0027512F" w:rsidRDefault="0027512F" w:rsidP="004F75F0">
      <w:pPr>
        <w:spacing w:after="0" w:line="240" w:lineRule="auto"/>
      </w:pPr>
      <w:r>
        <w:separator/>
      </w:r>
    </w:p>
  </w:footnote>
  <w:footnote w:type="continuationSeparator" w:id="0">
    <w:p w14:paraId="2098CDB6" w14:textId="77777777" w:rsidR="0027512F" w:rsidRDefault="0027512F" w:rsidP="004F75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404B14"/>
    <w:multiLevelType w:val="hybridMultilevel"/>
    <w:tmpl w:val="83DAB886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05A66EEC"/>
    <w:multiLevelType w:val="hybridMultilevel"/>
    <w:tmpl w:val="762295A8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17054CA5"/>
    <w:multiLevelType w:val="hybridMultilevel"/>
    <w:tmpl w:val="3AB49E92"/>
    <w:lvl w:ilvl="0" w:tplc="2B7A4F20">
      <w:start w:val="1"/>
      <w:numFmt w:val="bullet"/>
      <w:lvlText w:val="☐"/>
      <w:lvlJc w:val="left"/>
      <w:pPr>
        <w:ind w:left="660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29D8093B"/>
    <w:multiLevelType w:val="hybridMultilevel"/>
    <w:tmpl w:val="8C66C7F4"/>
    <w:lvl w:ilvl="0" w:tplc="2B7A4F20">
      <w:start w:val="1"/>
      <w:numFmt w:val="bullet"/>
      <w:lvlText w:val="☐"/>
      <w:lvlJc w:val="left"/>
      <w:pPr>
        <w:ind w:left="660" w:hanging="440"/>
      </w:pPr>
      <w:rPr>
        <w:rFonts w:ascii="ＭＳ 明朝" w:eastAsia="ＭＳ 明朝" w:hAnsi="ＭＳ 明朝" w:hint="eastAsia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36081511"/>
    <w:multiLevelType w:val="hybridMultilevel"/>
    <w:tmpl w:val="D2823EE2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418016D0"/>
    <w:multiLevelType w:val="hybridMultilevel"/>
    <w:tmpl w:val="D7986BDE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614C611D"/>
    <w:multiLevelType w:val="hybridMultilevel"/>
    <w:tmpl w:val="D94CBC7E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50446108">
    <w:abstractNumId w:val="8"/>
  </w:num>
  <w:num w:numId="2" w16cid:durableId="1650405572">
    <w:abstractNumId w:val="6"/>
  </w:num>
  <w:num w:numId="3" w16cid:durableId="854424624">
    <w:abstractNumId w:val="5"/>
  </w:num>
  <w:num w:numId="4" w16cid:durableId="376324458">
    <w:abstractNumId w:val="4"/>
  </w:num>
  <w:num w:numId="5" w16cid:durableId="1575435199">
    <w:abstractNumId w:val="7"/>
  </w:num>
  <w:num w:numId="6" w16cid:durableId="631251486">
    <w:abstractNumId w:val="3"/>
  </w:num>
  <w:num w:numId="7" w16cid:durableId="1261182754">
    <w:abstractNumId w:val="2"/>
  </w:num>
  <w:num w:numId="8" w16cid:durableId="871110810">
    <w:abstractNumId w:val="1"/>
  </w:num>
  <w:num w:numId="9" w16cid:durableId="1372725952">
    <w:abstractNumId w:val="0"/>
  </w:num>
  <w:num w:numId="10" w16cid:durableId="131943018">
    <w:abstractNumId w:val="11"/>
  </w:num>
  <w:num w:numId="11" w16cid:durableId="1436093033">
    <w:abstractNumId w:val="15"/>
  </w:num>
  <w:num w:numId="12" w16cid:durableId="351609391">
    <w:abstractNumId w:val="9"/>
  </w:num>
  <w:num w:numId="13" w16cid:durableId="638418346">
    <w:abstractNumId w:val="10"/>
  </w:num>
  <w:num w:numId="14" w16cid:durableId="1451045769">
    <w:abstractNumId w:val="12"/>
  </w:num>
  <w:num w:numId="15" w16cid:durableId="1786542073">
    <w:abstractNumId w:val="13"/>
  </w:num>
  <w:num w:numId="16" w16cid:durableId="168520620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5BFB"/>
    <w:rsid w:val="000D093D"/>
    <w:rsid w:val="0015074B"/>
    <w:rsid w:val="001847CC"/>
    <w:rsid w:val="001A7161"/>
    <w:rsid w:val="00203806"/>
    <w:rsid w:val="002115F4"/>
    <w:rsid w:val="002242B8"/>
    <w:rsid w:val="00230898"/>
    <w:rsid w:val="0027512F"/>
    <w:rsid w:val="0029639D"/>
    <w:rsid w:val="002D2A54"/>
    <w:rsid w:val="002E1519"/>
    <w:rsid w:val="002E64E3"/>
    <w:rsid w:val="00301D81"/>
    <w:rsid w:val="00326F90"/>
    <w:rsid w:val="003373B1"/>
    <w:rsid w:val="003708EF"/>
    <w:rsid w:val="003A0D61"/>
    <w:rsid w:val="00415351"/>
    <w:rsid w:val="004F75F0"/>
    <w:rsid w:val="00535BA8"/>
    <w:rsid w:val="00593591"/>
    <w:rsid w:val="005A7556"/>
    <w:rsid w:val="005B6579"/>
    <w:rsid w:val="00633EE1"/>
    <w:rsid w:val="00677164"/>
    <w:rsid w:val="00690ABE"/>
    <w:rsid w:val="00711AD8"/>
    <w:rsid w:val="007D0E5E"/>
    <w:rsid w:val="008027E7"/>
    <w:rsid w:val="00851EC4"/>
    <w:rsid w:val="008668F6"/>
    <w:rsid w:val="00897135"/>
    <w:rsid w:val="008C440A"/>
    <w:rsid w:val="008D326B"/>
    <w:rsid w:val="008E238A"/>
    <w:rsid w:val="009F2802"/>
    <w:rsid w:val="00A777C3"/>
    <w:rsid w:val="00AA1D8D"/>
    <w:rsid w:val="00B041E5"/>
    <w:rsid w:val="00B170F2"/>
    <w:rsid w:val="00B47730"/>
    <w:rsid w:val="00BC5623"/>
    <w:rsid w:val="00BD7BEA"/>
    <w:rsid w:val="00C17955"/>
    <w:rsid w:val="00C63FDE"/>
    <w:rsid w:val="00CA5725"/>
    <w:rsid w:val="00CB0664"/>
    <w:rsid w:val="00D038E9"/>
    <w:rsid w:val="00D63C5E"/>
    <w:rsid w:val="00D81609"/>
    <w:rsid w:val="00DA64AB"/>
    <w:rsid w:val="00DC3723"/>
    <w:rsid w:val="00DD6E80"/>
    <w:rsid w:val="00DE0B03"/>
    <w:rsid w:val="00E24714"/>
    <w:rsid w:val="00E4088E"/>
    <w:rsid w:val="00F06C43"/>
    <w:rsid w:val="00F24D02"/>
    <w:rsid w:val="00F5607D"/>
    <w:rsid w:val="00FC693F"/>
    <w:rsid w:val="00FF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44EAF1"/>
  <w14:defaultImageDpi w14:val="300"/>
  <w15:docId w15:val="{FA93F118-92E3-4938-8151-BB5150A35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ＭＳ 明朝" w:eastAsia="ＭＳ 明朝" w:hAnsi="ＭＳ 明朝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1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R06-026</cp:lastModifiedBy>
  <cp:revision>3</cp:revision>
  <cp:lastPrinted>2026-09-08T01:37:00Z</cp:lastPrinted>
  <dcterms:created xsi:type="dcterms:W3CDTF">2026-09-30T01:35:00Z</dcterms:created>
  <dcterms:modified xsi:type="dcterms:W3CDTF">2026-09-30T01:37:00Z</dcterms:modified>
  <cp:category/>
</cp:coreProperties>
</file>